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421"/>
          <w:sz w:val="40"/>
        </w:rPr>
        <w:t>Massage Therapy Client Intake Form</w:t>
      </w:r>
    </w:p>
    <w:p>
      <w:r>
        <w:rPr>
          <w:color w:val="5D665F"/>
          <w:sz w:val="19"/>
        </w:rPr>
        <w:t>Please complete this before your first session. Your answers are confidential and are used only to plan a safe, effective massage. If anything changes before a later visit, tell your therapist.</w:t>
      </w:r>
    </w:p>
    <w:p>
      <w:pPr>
        <w:tabs>
          <w:tab w:pos="6301" w:val="right" w:leader="underscore"/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Practice name: </w:t>
      </w:r>
      <w:r>
        <w:tab/>
      </w:r>
      <w:r>
        <w:rPr>
          <w:color w:val="5D665F"/>
          <w:sz w:val="18"/>
        </w:rPr>
        <w:t xml:space="preserve">   Therapist: </w:t>
      </w:r>
      <w:r>
        <w:tab/>
      </w:r>
    </w:p>
    <w:p>
      <w:pPr>
        <w:pStyle w:val="Heading2"/>
        <w:spacing w:before="200" w:after="40"/>
      </w:pPr>
      <w:r>
        <w:rPr>
          <w:color w:val="4F6F52"/>
          <w:sz w:val="24"/>
        </w:rPr>
        <w:t>1. Your details</w:t>
      </w:r>
    </w:p>
    <w:p>
      <w:pPr>
        <w:tabs>
          <w:tab w:pos="6301" w:val="right" w:leader="underscore"/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Full name: </w:t>
      </w:r>
      <w:r>
        <w:tab/>
      </w:r>
      <w:r>
        <w:rPr>
          <w:color w:val="5D665F"/>
          <w:sz w:val="18"/>
        </w:rPr>
        <w:t xml:space="preserve">   Date of birth: </w:t>
      </w:r>
      <w:r>
        <w:tab/>
      </w:r>
    </w:p>
    <w:p>
      <w:pPr>
        <w:tabs>
          <w:tab w:pos="4514" w:val="right" w:leader="underscore"/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Phone: </w:t>
      </w:r>
      <w:r>
        <w:tab/>
      </w:r>
      <w:r>
        <w:rPr>
          <w:color w:val="5D665F"/>
          <w:sz w:val="18"/>
        </w:rPr>
        <w:t xml:space="preserve">   Email: </w:t>
      </w:r>
      <w:r>
        <w:tab/>
      </w:r>
    </w:p>
    <w:p>
      <w:pPr>
        <w:tabs>
          <w:tab w:pos="5566" w:val="right" w:leader="underscore"/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Emergency contact name: </w:t>
      </w:r>
      <w:r>
        <w:tab/>
      </w:r>
      <w:r>
        <w:rPr>
          <w:color w:val="5D665F"/>
          <w:sz w:val="18"/>
        </w:rPr>
        <w:t xml:space="preserve">   Emergency contact phone: </w:t>
      </w:r>
      <w:r>
        <w:tab/>
      </w:r>
    </w:p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How did you hear about us? </w:t>
      </w:r>
      <w:r>
        <w:tab/>
      </w:r>
    </w:p>
    <w:p>
      <w:pPr>
        <w:pStyle w:val="Heading2"/>
        <w:spacing w:before="200" w:after="40"/>
      </w:pPr>
      <w:r>
        <w:rPr>
          <w:color w:val="4F6F52"/>
          <w:sz w:val="24"/>
        </w:rPr>
        <w:t>2. Today's visit</w:t>
      </w:r>
    </w:p>
    <w:p>
      <w:pPr>
        <w:spacing w:before="60" w:after="20"/>
      </w:pPr>
      <w:r>
        <w:rPr>
          <w:i w:val="0"/>
          <w:color w:val="5D665F"/>
          <w:sz w:val="18"/>
        </w:rPr>
        <w:t>What brings you in today?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Relaxation or stress relief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Muscle tension or pain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Injury recovery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Sports or training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Pregnancy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Other (below)</w:t>
            </w:r>
          </w:p>
        </w:tc>
      </w:tr>
    </w:tbl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Areas you would like us to focus on: </w:t>
      </w:r>
      <w:r>
        <w:tab/>
      </w:r>
    </w:p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Areas you would like us to avoid: </w:t>
      </w:r>
      <w:r>
        <w:tab/>
      </w:r>
    </w:p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What would make this session a success for you? </w:t>
      </w:r>
      <w:r>
        <w:tab/>
      </w:r>
    </w:p>
    <w:p>
      <w:pPr>
        <w:pStyle w:val="Heading2"/>
        <w:spacing w:before="200" w:after="40"/>
      </w:pPr>
      <w:r>
        <w:rPr>
          <w:color w:val="4F6F52"/>
          <w:sz w:val="24"/>
        </w:rPr>
        <w:t>3. Massage preferences</w:t>
      </w:r>
    </w:p>
    <w:p>
      <w:pPr>
        <w:spacing w:before="60" w:after="20"/>
      </w:pPr>
      <w:r>
        <w:rPr>
          <w:i w:val="0"/>
          <w:color w:val="5D665F"/>
          <w:sz w:val="18"/>
        </w:rPr>
        <w:t>Have you had a professional massage before?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Yes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No</w:t>
            </w:r>
          </w:p>
        </w:tc>
        <w:tc>
          <w:tcPr>
            <w:tcW w:type="dxa" w:w="3504"/>
          </w:tcPr>
          <w:p/>
        </w:tc>
      </w:tr>
    </w:tbl>
    <w:p>
      <w:pPr>
        <w:spacing w:before="60" w:after="20"/>
      </w:pPr>
      <w:r>
        <w:rPr>
          <w:i w:val="0"/>
          <w:color w:val="5D665F"/>
          <w:sz w:val="18"/>
        </w:rPr>
        <w:t>Preferred pressure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Light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Medium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Firm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Deep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Not sure, check in with me</w:t>
            </w:r>
          </w:p>
        </w:tc>
        <w:tc>
          <w:tcPr>
            <w:tcW w:type="dxa" w:w="3504"/>
          </w:tcPr>
          <w:p/>
        </w:tc>
      </w:tr>
    </w:tbl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Anything that would make you uncomfortable (for example feet, face, scalp, abdomen, glutes) </w:t>
      </w:r>
      <w:r>
        <w:tab/>
      </w:r>
    </w:p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Anything else we should know (temperature, music, conversation, positioning) </w:t>
      </w:r>
      <w:r>
        <w:tab/>
      </w:r>
    </w:p>
    <w:p>
      <w:pPr>
        <w:pStyle w:val="Heading2"/>
        <w:spacing w:before="200" w:after="40"/>
      </w:pPr>
      <w:r>
        <w:rPr>
          <w:color w:val="4F6F52"/>
          <w:sz w:val="24"/>
        </w:rPr>
        <w:t>4. Health history</w:t>
      </w:r>
    </w:p>
    <w:p>
      <w:pPr>
        <w:spacing w:before="60" w:after="20"/>
      </w:pPr>
      <w:r>
        <w:rPr>
          <w:i/>
          <w:color w:val="5D665F"/>
          <w:sz w:val="18"/>
        </w:rPr>
        <w:t>Tick anything that applies now or in the past, then add details below.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High or low blood pressure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Heart condition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Blood clots, DVT or stroke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Varicose veins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Diabetes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Epilepsy or seizures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Cancer (current or past treatment)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Osteoporosis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Arthritis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Fibromyalgia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Numbness or tingling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Headaches or migraines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Recent surgery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Recent injury, sprain or fracture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Skin condition, rash or open wound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Contagious illness or fever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Currently pregnant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Medical device or implant</w:t>
            </w:r>
          </w:p>
        </w:tc>
      </w:tr>
    </w:tbl>
    <w:p>
      <w:pPr>
        <w:spacing w:before="60" w:after="20"/>
      </w:pPr>
      <w:r>
        <w:rPr>
          <w:i w:val="0"/>
          <w:color w:val="5D665F"/>
          <w:sz w:val="18"/>
        </w:rPr>
        <w:t>Details of anything ticked above (for pregnancy, how many weeks)</w:t>
      </w:r>
    </w:p>
    <w:p>
      <w:pPr>
        <w:tabs>
          <w:tab w:pos="10512" w:val="right" w:leader="underscore"/>
        </w:tabs>
        <w:spacing w:before="120" w:after="0"/>
      </w:pPr>
      <w:r>
        <w:tab/>
      </w:r>
    </w:p>
    <w:p>
      <w:pPr>
        <w:tabs>
          <w:tab w:pos="10512" w:val="right" w:leader="underscore"/>
        </w:tabs>
        <w:spacing w:before="120" w:after="0"/>
      </w:pPr>
      <w:r>
        <w:tab/>
      </w:r>
    </w:p>
    <w:p>
      <w:pPr>
        <w:spacing w:before="60" w:after="20"/>
      </w:pPr>
      <w:r>
        <w:rPr>
          <w:i w:val="0"/>
          <w:color w:val="5D665F"/>
          <w:sz w:val="18"/>
        </w:rPr>
        <w:t>Current medications and supplements, including blood thinners and any pain relievers taken today:</w:t>
      </w:r>
    </w:p>
    <w:p>
      <w:pPr>
        <w:tabs>
          <w:tab w:pos="10512" w:val="right" w:leader="underscore"/>
        </w:tabs>
        <w:spacing w:before="120" w:after="0"/>
      </w:pPr>
      <w:r>
        <w:tab/>
      </w:r>
    </w:p>
    <w:p>
      <w:pPr>
        <w:tabs>
          <w:tab w:pos="10512" w:val="right" w:leader="underscore"/>
        </w:tabs>
        <w:spacing w:before="120" w:after="0"/>
      </w:pPr>
      <w:r>
        <w:tab/>
      </w:r>
    </w:p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Are you under a doctor's care for any condition? If yes, for what? </w:t>
      </w:r>
      <w:r>
        <w:tab/>
      </w:r>
    </w:p>
    <w:p>
      <w:pPr>
        <w:pStyle w:val="Heading2"/>
        <w:spacing w:before="200" w:after="40"/>
      </w:pPr>
      <w:r>
        <w:rPr>
          <w:color w:val="4F6F52"/>
          <w:sz w:val="24"/>
        </w:rPr>
        <w:t>5. Allergies and sensitivities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Massage oils or lotions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Nut oils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Fragrance or essential oils</w:t>
            </w:r>
          </w:p>
        </w:tc>
      </w:tr>
      <w:tr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Latex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None that I know of</w:t>
            </w:r>
          </w:p>
        </w:tc>
        <w:tc>
          <w:tcPr>
            <w:tcW w:type="dxa" w:w="3504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Other (below)</w:t>
            </w:r>
          </w:p>
        </w:tc>
      </w:tr>
    </w:tbl>
    <w:p>
      <w:pPr>
        <w:tabs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Other allergies or sensitivities: </w:t>
      </w:r>
      <w:r>
        <w:tab/>
      </w:r>
    </w:p>
    <w:p>
      <w:pPr>
        <w:pStyle w:val="Heading2"/>
        <w:spacing w:before="200" w:after="40"/>
      </w:pPr>
      <w:r>
        <w:rPr>
          <w:color w:val="4F6F52"/>
          <w:sz w:val="24"/>
        </w:rPr>
        <w:t>6. Body diagram</w:t>
      </w:r>
    </w:p>
    <w:p>
      <w:pPr>
        <w:spacing w:before="60" w:after="20"/>
      </w:pPr>
      <w:r>
        <w:rPr>
          <w:i/>
          <w:color w:val="5D665F"/>
          <w:sz w:val="18"/>
        </w:rPr>
        <w:t>Mark the figures: P for pain, T for tension, X for areas to avoid.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754880" cy="15503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dy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15503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before="200" w:after="40"/>
      </w:pPr>
      <w:r>
        <w:rPr>
          <w:color w:val="4F6F52"/>
          <w:sz w:val="24"/>
        </w:rPr>
        <w:t>7. Consent and policies</w:t>
      </w:r>
    </w:p>
    <w:p>
      <w:pPr>
        <w:spacing w:before="60" w:after="20"/>
      </w:pPr>
      <w:r>
        <w:rPr>
          <w:i/>
          <w:color w:val="5D665F"/>
          <w:sz w:val="18"/>
        </w:rPr>
        <w:t>Please initial each statement.</w:t>
      </w:r>
    </w:p>
    <w:p>
      <w:pPr>
        <w:spacing w:before="80"/>
      </w:pPr>
      <w:r>
        <w:rPr>
          <w:sz w:val="20"/>
        </w:rPr>
        <w:t xml:space="preserve">________   </w:t>
      </w:r>
      <w:r>
        <w:rPr>
          <w:sz w:val="19"/>
        </w:rPr>
        <w:t>I understand massage therapy is not a substitute for medical care, and that my therapist does not diagnose illness or prescribe treatment.</w:t>
      </w:r>
    </w:p>
    <w:p>
      <w:pPr>
        <w:spacing w:before="80"/>
      </w:pPr>
      <w:r>
        <w:rPr>
          <w:sz w:val="20"/>
        </w:rPr>
        <w:t xml:space="preserve">________   </w:t>
      </w:r>
      <w:r>
        <w:rPr>
          <w:sz w:val="19"/>
        </w:rPr>
        <w:t>I have disclosed all known medical conditions and will tell my therapist about any change to my health before a future session.</w:t>
      </w:r>
    </w:p>
    <w:p>
      <w:pPr>
        <w:spacing w:before="80"/>
      </w:pPr>
      <w:r>
        <w:rPr>
          <w:sz w:val="20"/>
        </w:rPr>
        <w:t xml:space="preserve">________   </w:t>
      </w:r>
      <w:r>
        <w:rPr>
          <w:sz w:val="19"/>
        </w:rPr>
        <w:t>I understand I can ask my therapist to adjust the pressure, change technique or stop the session at any time.</w:t>
      </w:r>
    </w:p>
    <w:p>
      <w:pPr>
        <w:spacing w:before="80"/>
      </w:pPr>
      <w:r>
        <w:rPr>
          <w:sz w:val="20"/>
        </w:rPr>
        <w:t xml:space="preserve">________   </w:t>
      </w:r>
      <w:r>
        <w:rPr>
          <w:sz w:val="19"/>
        </w:rPr>
        <w:t>I understand I will be professionally draped throughout, with only the area being worked on uncovered.</w:t>
      </w:r>
    </w:p>
    <w:p>
      <w:pPr>
        <w:spacing w:before="80"/>
      </w:pPr>
      <w:r>
        <w:rPr>
          <w:sz w:val="20"/>
        </w:rPr>
        <w:t xml:space="preserve">________   </w:t>
      </w:r>
      <w:r>
        <w:rPr>
          <w:sz w:val="19"/>
        </w:rPr>
        <w:t>I have read the cancellation policy: cancellations with less than [24] hours' notice are charged [50%] of the service price, and missed appointments [100%].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12"/>
      </w:tblGrid>
      <w:tr>
        <w:tc>
          <w:tcPr>
            <w:tcW w:type="dxa" w:w="10512"/>
          </w:tcPr>
          <w:p>
            <w:pPr>
              <w:spacing w:after="0"/>
            </w:pPr>
            <w:r>
              <w:rPr>
                <w:rFonts w:ascii="Segoe UI Symbol" w:hAnsi="Segoe UI Symbol"/>
                <w:sz w:val="22"/>
              </w:rPr>
              <w:t xml:space="preserve">☐ </w:t>
            </w:r>
            <w:r>
              <w:rPr>
                <w:sz w:val="19"/>
              </w:rPr>
              <w:t>Optional: I agree to receive appointment reminders by text and email.</w:t>
            </w:r>
          </w:p>
        </w:tc>
      </w:tr>
    </w:tbl>
    <w:p>
      <w:pPr>
        <w:pStyle w:val="Heading2"/>
        <w:spacing w:before="200" w:after="40"/>
      </w:pPr>
      <w:r>
        <w:rPr>
          <w:color w:val="4F6F52"/>
          <w:sz w:val="24"/>
        </w:rPr>
        <w:t>8. Signature</w:t>
      </w:r>
    </w:p>
    <w:p>
      <w:pPr>
        <w:tabs>
          <w:tab w:pos="6932" w:val="right" w:leader="underscore"/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Client signature: </w:t>
      </w:r>
      <w:r>
        <w:tab/>
      </w:r>
      <w:r>
        <w:rPr>
          <w:color w:val="5D665F"/>
          <w:sz w:val="18"/>
        </w:rPr>
        <w:t xml:space="preserve">   Date: </w:t>
      </w:r>
      <w:r>
        <w:tab/>
      </w:r>
    </w:p>
    <w:p>
      <w:pPr>
        <w:tabs>
          <w:tab w:pos="6932" w:val="right" w:leader="underscore"/>
          <w:tab w:pos="10512" w:val="right" w:leader="underscore"/>
        </w:tabs>
        <w:spacing w:before="100" w:after="20"/>
      </w:pPr>
      <w:r>
        <w:rPr>
          <w:color w:val="5D665F"/>
          <w:sz w:val="18"/>
        </w:rPr>
        <w:t xml:space="preserve">Parent or guardian signature, if the client is under 18: </w:t>
      </w:r>
      <w:r>
        <w:tab/>
      </w:r>
      <w:r>
        <w:rPr>
          <w:color w:val="5D665F"/>
          <w:sz w:val="18"/>
        </w:rPr>
        <w:t xml:space="preserve">   Date: </w:t>
      </w:r>
      <w:r>
        <w:tab/>
      </w:r>
    </w:p>
    <w:sectPr w:rsidR="00FC693F" w:rsidRPr="0006063C" w:rsidSect="00034616">
      <w:footerReference w:type="default" r:id="rId9"/>
      <w:pgSz w:w="12240" w:h="15840"/>
      <w:pgMar w:top="792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D665F"/>
        <w:sz w:val="14"/>
      </w:rPr>
      <w:t>Free template from Corterra Book, corterrabook.com/blog/massage-intake-form/ Adapt it freely. This is not legal or medical advice: check your state board's requirements and have your liability insurer review the consent wording.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